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063FB" w14:textId="33B93ABD" w:rsidR="00942FFC" w:rsidRPr="00942FFC" w:rsidRDefault="00942FFC" w:rsidP="00942FFC">
      <w:pPr>
        <w:spacing w:line="240" w:lineRule="auto"/>
        <w:jc w:val="right"/>
        <w:rPr>
          <w:rFonts w:ascii="Noto Sans JP" w:eastAsia="Noto Sans JP" w:hAnsi="Noto Sans JP" w:cs="Poppins"/>
          <w:szCs w:val="14"/>
          <w:lang w:eastAsia="ja-JP"/>
        </w:rPr>
      </w:pPr>
      <w:r>
        <w:rPr>
          <w:rFonts w:ascii="Noto Sans JP" w:eastAsia="Noto Sans JP" w:hAnsi="Noto Sans JP" w:cs="Poppins"/>
          <w:noProof/>
          <w:szCs w:val="14"/>
          <w:lang w:eastAsia="ja-JP"/>
        </w:rPr>
        <w:drawing>
          <wp:inline distT="0" distB="0" distL="0" distR="0" wp14:anchorId="1205E8B4" wp14:editId="3DE45AE9">
            <wp:extent cx="1159475" cy="282676"/>
            <wp:effectExtent l="0" t="0" r="3175" b="3175"/>
            <wp:docPr id="51513456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764" cy="293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C8BA66" w14:textId="087BC1A4" w:rsidR="00AB64D2" w:rsidRDefault="00587B95" w:rsidP="00487E56">
      <w:pPr>
        <w:pStyle w:val="aa"/>
        <w:pBdr>
          <w:top w:val="single" w:sz="8" w:space="3" w:color="003DA5"/>
          <w:left w:val="single" w:sz="8" w:space="3" w:color="003DA5"/>
          <w:bottom w:val="single" w:sz="8" w:space="3" w:color="003DA5"/>
          <w:right w:val="single" w:sz="8" w:space="3" w:color="003DA5"/>
        </w:pBdr>
        <w:shd w:val="clear" w:color="auto" w:fill="003DA5"/>
        <w:spacing w:after="0"/>
        <w:jc w:val="center"/>
        <w:rPr>
          <w:rFonts w:ascii="Noto Sans JP" w:eastAsia="Noto Sans JP" w:hAnsi="Noto Sans JP" w:cs="Calibri Light"/>
          <w:b/>
          <w:bCs/>
          <w:color w:val="FFFFFF" w:themeColor="background1"/>
          <w:sz w:val="18"/>
          <w:szCs w:val="18"/>
          <w:lang w:eastAsia="ja-JP"/>
        </w:rPr>
      </w:pPr>
      <w:r w:rsidRPr="00487E56">
        <w:rPr>
          <w:rFonts w:ascii="Noto Sans JP" w:eastAsia="Noto Sans JP" w:hAnsi="Noto Sans JP" w:cs="Calibri Light"/>
          <w:b/>
          <w:bCs/>
          <w:color w:val="FFFFFF" w:themeColor="background1"/>
          <w:sz w:val="18"/>
          <w:szCs w:val="18"/>
          <w:lang w:eastAsia="ja-JP"/>
        </w:rPr>
        <w:t>製品・サービス情報シート</w:t>
      </w:r>
    </w:p>
    <w:p w14:paraId="5FDD33B2" w14:textId="388238C5" w:rsidR="00587B95" w:rsidRPr="00487E56" w:rsidRDefault="00AB64D2" w:rsidP="00487E56">
      <w:pPr>
        <w:pStyle w:val="aa"/>
        <w:pBdr>
          <w:top w:val="single" w:sz="8" w:space="3" w:color="003DA5"/>
          <w:left w:val="single" w:sz="8" w:space="3" w:color="003DA5"/>
          <w:bottom w:val="single" w:sz="8" w:space="3" w:color="003DA5"/>
          <w:right w:val="single" w:sz="8" w:space="3" w:color="003DA5"/>
        </w:pBdr>
        <w:shd w:val="clear" w:color="auto" w:fill="003DA5"/>
        <w:spacing w:after="0"/>
        <w:jc w:val="center"/>
        <w:rPr>
          <w:rFonts w:ascii="Noto Sans JP" w:eastAsia="Noto Sans JP" w:hAnsi="Noto Sans JP" w:cs="Calibri Light"/>
          <w:b/>
          <w:bCs/>
          <w:color w:val="FFFFFF" w:themeColor="background1"/>
          <w:sz w:val="18"/>
          <w:szCs w:val="18"/>
          <w:lang w:eastAsia="ja-JP"/>
        </w:rPr>
      </w:pPr>
      <w:r w:rsidRPr="00AB64D2">
        <w:rPr>
          <w:rFonts w:ascii="Noto Sans JP" w:eastAsia="Noto Sans JP" w:hAnsi="Noto Sans JP" w:cs="Calibri Light"/>
          <w:b/>
          <w:bCs/>
          <w:color w:val="FFFFFF" w:themeColor="background1"/>
          <w:sz w:val="18"/>
          <w:szCs w:val="18"/>
          <w:lang w:eastAsia="ja-JP"/>
        </w:rPr>
        <w:t>「タイヘルスケア・ウェルネス、ビジネスマッチング（第2回 健康ウェルネス・介護分野）」</w:t>
      </w:r>
    </w:p>
    <w:p w14:paraId="674DF1AD" w14:textId="77777777" w:rsidR="00407BEB" w:rsidRDefault="00407BEB" w:rsidP="00587B95">
      <w:pPr>
        <w:spacing w:line="240" w:lineRule="auto"/>
        <w:rPr>
          <w:rFonts w:ascii="Noto Sans JP" w:eastAsia="Noto Sans JP" w:hAnsi="Noto Sans JP" w:cs="Poppins"/>
          <w:szCs w:val="14"/>
          <w:lang w:eastAsia="ja-JP"/>
        </w:rPr>
      </w:pPr>
    </w:p>
    <w:p w14:paraId="5B332F02" w14:textId="47C1AAA7" w:rsidR="003C166C" w:rsidRPr="00407BEB" w:rsidRDefault="00587B95" w:rsidP="00587B95">
      <w:pPr>
        <w:spacing w:line="240" w:lineRule="auto"/>
        <w:rPr>
          <w:rFonts w:ascii="Noto Sans JP" w:eastAsia="Noto Sans JP" w:hAnsi="Noto Sans JP" w:cs="Poppins"/>
          <w:b/>
          <w:bCs/>
          <w:color w:val="FF0000"/>
          <w:szCs w:val="14"/>
          <w:lang w:eastAsia="ja-JP"/>
        </w:rPr>
      </w:pPr>
      <w:r w:rsidRPr="00407BEB">
        <w:rPr>
          <w:rFonts w:ascii="Noto Sans JP" w:eastAsia="Noto Sans JP" w:hAnsi="Noto Sans JP" w:cs="Poppins"/>
          <w:b/>
          <w:bCs/>
          <w:color w:val="FF0000"/>
          <w:szCs w:val="14"/>
          <w:lang w:eastAsia="ja-JP"/>
        </w:rPr>
        <w:t>原則として日本語でご記入ください。［英語］の項目は英語でもご記入ください。</w:t>
      </w:r>
      <w:r w:rsidR="003C166C" w:rsidRPr="003C166C">
        <w:rPr>
          <w:rFonts w:ascii="Noto Sans JP" w:eastAsia="Noto Sans JP" w:hAnsi="Noto Sans JP" w:cs="Poppins"/>
          <w:b/>
          <w:bCs/>
          <w:color w:val="FF0000"/>
          <w:szCs w:val="14"/>
          <w:lang w:eastAsia="ja-JP"/>
        </w:rPr>
        <w:t>本様式は、商談を希望する製品・サービス単位でご提出ください。</w:t>
      </w:r>
      <w:r w:rsidR="00855E2F">
        <w:rPr>
          <w:rFonts w:ascii="Noto Sans JP" w:eastAsia="Noto Sans JP" w:hAnsi="Noto Sans JP" w:cs="Poppins"/>
          <w:b/>
          <w:bCs/>
          <w:color w:val="FF0000"/>
          <w:szCs w:val="14"/>
          <w:lang w:eastAsia="ja-JP"/>
        </w:rPr>
        <w:br/>
      </w:r>
      <w:r w:rsidR="003C166C" w:rsidRPr="003C166C">
        <w:rPr>
          <w:rFonts w:ascii="Noto Sans JP" w:eastAsia="Noto Sans JP" w:hAnsi="Noto Sans JP" w:cs="Poppins"/>
          <w:b/>
          <w:bCs/>
          <w:color w:val="FF0000"/>
          <w:szCs w:val="14"/>
          <w:lang w:eastAsia="ja-JP"/>
        </w:rPr>
        <w:t>なお、関連する複数製品を一括して提案する場合は、製品群・シリーズ・カテゴリー単位で記載いただいて差し支えありません。</w:t>
      </w:r>
    </w:p>
    <w:p w14:paraId="6310DB56" w14:textId="77777777" w:rsidR="00407BEB" w:rsidRDefault="00407BEB" w:rsidP="00587B95">
      <w:pPr>
        <w:keepNext/>
        <w:spacing w:line="240" w:lineRule="auto"/>
        <w:rPr>
          <w:rFonts w:ascii="Noto Sans JP" w:eastAsia="Noto Sans JP" w:hAnsi="Noto Sans JP" w:cs="Poppins"/>
          <w:b/>
          <w:color w:val="000000"/>
          <w:szCs w:val="14"/>
          <w:lang w:eastAsia="ja-JP"/>
        </w:rPr>
      </w:pPr>
    </w:p>
    <w:p w14:paraId="1C052E45" w14:textId="0E335A03" w:rsidR="0008418B" w:rsidRPr="00587B95" w:rsidRDefault="008616D1" w:rsidP="00587B95">
      <w:pPr>
        <w:keepNext/>
        <w:spacing w:line="240" w:lineRule="auto"/>
        <w:rPr>
          <w:rFonts w:ascii="Noto Sans JP" w:eastAsia="Noto Sans JP" w:hAnsi="Noto Sans JP" w:cs="Poppins"/>
          <w:szCs w:val="14"/>
        </w:rPr>
      </w:pPr>
      <w:proofErr w:type="gramStart"/>
      <w:r w:rsidRPr="00587B95">
        <w:rPr>
          <w:rFonts w:ascii="Noto Sans JP" w:eastAsia="Noto Sans JP" w:hAnsi="Noto Sans JP" w:cs="Poppins"/>
          <w:b/>
          <w:color w:val="000000"/>
          <w:szCs w:val="14"/>
        </w:rPr>
        <w:t xml:space="preserve">1  </w:t>
      </w:r>
      <w:proofErr w:type="spellStart"/>
      <w:r w:rsidRPr="00587B95">
        <w:rPr>
          <w:rFonts w:ascii="Noto Sans JP" w:eastAsia="Noto Sans JP" w:hAnsi="Noto Sans JP" w:cs="Poppins"/>
          <w:b/>
          <w:color w:val="000000"/>
          <w:szCs w:val="14"/>
        </w:rPr>
        <w:t>基本情報</w:t>
      </w:r>
      <w:proofErr w:type="spellEnd"/>
      <w:proofErr w:type="gramEnd"/>
      <w:r w:rsidRPr="00587B95">
        <w:rPr>
          <w:rFonts w:ascii="Noto Sans JP" w:eastAsia="Noto Sans JP" w:hAnsi="Noto Sans JP" w:cs="Poppins"/>
          <w:b/>
          <w:color w:val="000000"/>
          <w:szCs w:val="14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77"/>
        <w:gridCol w:w="7229"/>
      </w:tblGrid>
      <w:tr w:rsidR="0008418B" w:rsidRPr="00587B95" w14:paraId="598F2F14" w14:textId="77777777" w:rsidTr="001746A5">
        <w:trPr>
          <w:trHeight w:val="300"/>
          <w:jc w:val="center"/>
        </w:trPr>
        <w:tc>
          <w:tcPr>
            <w:tcW w:w="297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DCCCCD5" w14:textId="6304F3E4" w:rsidR="0008418B" w:rsidRPr="00587B95" w:rsidRDefault="008616D1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</w:rPr>
            </w:pPr>
            <w:proofErr w:type="spellStart"/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</w:rPr>
              <w:t>申込企業名</w:t>
            </w:r>
            <w:proofErr w:type="spellEnd"/>
          </w:p>
        </w:tc>
        <w:tc>
          <w:tcPr>
            <w:tcW w:w="72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4DAD0F6" w14:textId="77777777" w:rsidR="0008418B" w:rsidRPr="00587B95" w:rsidRDefault="0008418B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</w:rPr>
            </w:pPr>
          </w:p>
        </w:tc>
      </w:tr>
      <w:tr w:rsidR="0008418B" w:rsidRPr="00587B95" w14:paraId="3F1B5AB0" w14:textId="77777777" w:rsidTr="001746A5">
        <w:trPr>
          <w:trHeight w:val="320"/>
          <w:jc w:val="center"/>
        </w:trPr>
        <w:tc>
          <w:tcPr>
            <w:tcW w:w="297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6C4DF28" w14:textId="5D9738E3" w:rsidR="0008418B" w:rsidRPr="00587B95" w:rsidRDefault="008616D1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val="en-GB" w:eastAsia="ja-JP"/>
              </w:rPr>
            </w:pP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t>1-1 製品・サービス名</w:t>
            </w:r>
          </w:p>
        </w:tc>
        <w:tc>
          <w:tcPr>
            <w:tcW w:w="72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9B1A532" w14:textId="77777777" w:rsidR="0008418B" w:rsidRPr="00587B95" w:rsidRDefault="0008418B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</w:p>
        </w:tc>
      </w:tr>
      <w:tr w:rsidR="0008418B" w:rsidRPr="00587B95" w14:paraId="24EB6079" w14:textId="77777777" w:rsidTr="001746A5">
        <w:trPr>
          <w:trHeight w:val="320"/>
          <w:jc w:val="center"/>
        </w:trPr>
        <w:tc>
          <w:tcPr>
            <w:tcW w:w="297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772DE84" w14:textId="57D56E23" w:rsidR="0008418B" w:rsidRPr="00587B95" w:rsidRDefault="008616D1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val="en-GB" w:eastAsia="ja-JP"/>
              </w:rPr>
            </w:pP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t>1-1 製品・サービス名</w:t>
            </w:r>
            <w:r w:rsidR="001746A5" w:rsidRPr="00587B95">
              <w:rPr>
                <w:rFonts w:ascii="Noto Sans JP" w:eastAsia="Noto Sans JP" w:hAnsi="Noto Sans JP" w:cs="Poppins" w:hint="eastAsia"/>
                <w:b/>
                <w:color w:val="000000"/>
                <w:szCs w:val="14"/>
                <w:lang w:eastAsia="ja-JP"/>
              </w:rPr>
              <w:t>（</w:t>
            </w:r>
            <w:r w:rsidRPr="00587B95">
              <w:rPr>
                <w:rFonts w:ascii="Noto Sans JP" w:eastAsia="Noto Sans JP" w:hAnsi="Noto Sans JP" w:cs="Poppins"/>
                <w:b/>
                <w:color w:val="EE0000"/>
                <w:szCs w:val="14"/>
                <w:lang w:eastAsia="ja-JP"/>
              </w:rPr>
              <w:t>英語</w:t>
            </w:r>
            <w:r w:rsidR="001746A5" w:rsidRPr="00587B95">
              <w:rPr>
                <w:rFonts w:ascii="Noto Sans JP" w:eastAsia="Noto Sans JP" w:hAnsi="Noto Sans JP" w:cs="Poppins" w:hint="eastAsia"/>
                <w:b/>
                <w:color w:val="000000"/>
                <w:szCs w:val="14"/>
                <w:lang w:eastAsia="ja-JP"/>
              </w:rPr>
              <w:t>）</w:t>
            </w: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t xml:space="preserve"> </w:t>
            </w:r>
          </w:p>
        </w:tc>
        <w:tc>
          <w:tcPr>
            <w:tcW w:w="72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CCF39DB" w14:textId="77777777" w:rsidR="0008418B" w:rsidRPr="00587B95" w:rsidRDefault="0008418B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</w:p>
        </w:tc>
      </w:tr>
      <w:tr w:rsidR="0008418B" w:rsidRPr="00587B95" w14:paraId="3BDC31BD" w14:textId="77777777" w:rsidTr="001746A5">
        <w:trPr>
          <w:trHeight w:val="900"/>
          <w:jc w:val="center"/>
        </w:trPr>
        <w:tc>
          <w:tcPr>
            <w:tcW w:w="297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4E0DA98" w14:textId="77777777" w:rsidR="0008418B" w:rsidRPr="00587B95" w:rsidRDefault="008616D1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t>1-2 対象カテゴリー</w:t>
            </w: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br/>
              <w:t>主なカテゴリーを1つ選択</w:t>
            </w:r>
          </w:p>
        </w:tc>
        <w:tc>
          <w:tcPr>
            <w:tcW w:w="72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12EF4D9" w14:textId="31DE83E1" w:rsidR="0008418B" w:rsidRPr="00587B95" w:rsidRDefault="00614508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974264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介護・高齢者支援</w:t>
            </w:r>
          </w:p>
          <w:p w14:paraId="31741DCC" w14:textId="2E88B50E" w:rsidR="0008418B" w:rsidRPr="00587B95" w:rsidRDefault="00614508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504404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健康食品・機能性食品・FSMP</w:t>
            </w:r>
          </w:p>
          <w:p w14:paraId="4EA7E36A" w14:textId="60E31628" w:rsidR="0008418B" w:rsidRPr="00587B95" w:rsidRDefault="00614508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1301497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検査・予防・健康モニタリング</w:t>
            </w:r>
          </w:p>
          <w:p w14:paraId="19CC3E37" w14:textId="2F81B276" w:rsidR="0008418B" w:rsidRPr="00587B95" w:rsidRDefault="00614508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-891724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リハビリテーション・支援機器</w:t>
            </w:r>
          </w:p>
          <w:p w14:paraId="4B7B7C40" w14:textId="2C97831C" w:rsidR="0008418B" w:rsidRPr="00587B95" w:rsidRDefault="00614508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-1404910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個別化医療・再生医療・美容医療</w:t>
            </w:r>
          </w:p>
          <w:p w14:paraId="5B5A8CE6" w14:textId="78FBDBB5" w:rsidR="0008418B" w:rsidRPr="00587B95" w:rsidRDefault="00614508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558913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その他: </w:t>
            </w:r>
            <w:r w:rsidR="001746A5" w:rsidRPr="00587B95">
              <w:rPr>
                <w:rFonts w:ascii="Noto Sans JP" w:eastAsia="Noto Sans JP" w:hAnsi="Noto Sans JP" w:cs="Poppins" w:hint="eastAsia"/>
                <w:color w:val="000000"/>
                <w:szCs w:val="14"/>
                <w:lang w:eastAsia="ja-JP"/>
              </w:rPr>
              <w:t>（自由記</w:t>
            </w:r>
            <w:r w:rsidR="00CD696F">
              <w:rPr>
                <w:rFonts w:ascii="Noto Sans JP" w:eastAsia="Noto Sans JP" w:hAnsi="Noto Sans JP" w:cs="Poppins" w:hint="eastAsia"/>
                <w:color w:val="000000"/>
                <w:szCs w:val="14"/>
                <w:lang w:eastAsia="ja-JP"/>
              </w:rPr>
              <w:t>載</w:t>
            </w:r>
            <w:r w:rsidR="001746A5" w:rsidRPr="00587B95">
              <w:rPr>
                <w:rFonts w:ascii="Noto Sans JP" w:eastAsia="Noto Sans JP" w:hAnsi="Noto Sans JP" w:cs="Poppins" w:hint="eastAsia"/>
                <w:color w:val="000000"/>
                <w:szCs w:val="14"/>
                <w:lang w:eastAsia="ja-JP"/>
              </w:rPr>
              <w:t>：</w:t>
            </w:r>
          </w:p>
        </w:tc>
      </w:tr>
    </w:tbl>
    <w:p w14:paraId="582C9EE1" w14:textId="77777777" w:rsidR="00B07C96" w:rsidRDefault="00B07C96" w:rsidP="00587B95">
      <w:pPr>
        <w:keepNext/>
        <w:spacing w:line="240" w:lineRule="auto"/>
        <w:rPr>
          <w:rFonts w:ascii="Noto Sans JP" w:eastAsia="Noto Sans JP" w:hAnsi="Noto Sans JP" w:cs="Poppins"/>
          <w:b/>
          <w:color w:val="000000"/>
          <w:szCs w:val="14"/>
          <w:lang w:eastAsia="ja-JP"/>
        </w:rPr>
      </w:pPr>
    </w:p>
    <w:p w14:paraId="096D05DE" w14:textId="603E7C1F" w:rsidR="0008418B" w:rsidRPr="00587B95" w:rsidRDefault="008616D1" w:rsidP="00587B95">
      <w:pPr>
        <w:keepNext/>
        <w:spacing w:line="240" w:lineRule="auto"/>
        <w:rPr>
          <w:rFonts w:ascii="Noto Sans JP" w:eastAsia="Noto Sans JP" w:hAnsi="Noto Sans JP" w:cs="Poppins"/>
          <w:szCs w:val="14"/>
          <w:lang w:eastAsia="ja-JP"/>
        </w:rPr>
      </w:pPr>
      <w:r w:rsidRPr="00587B95">
        <w:rPr>
          <w:rFonts w:ascii="Noto Sans JP" w:eastAsia="Noto Sans JP" w:hAnsi="Noto Sans JP" w:cs="Poppins"/>
          <w:b/>
          <w:color w:val="000000"/>
          <w:szCs w:val="14"/>
          <w:lang w:eastAsia="ja-JP"/>
        </w:rPr>
        <w:t xml:space="preserve">1-3  日本国内における製品区分・許認可等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08418B" w:rsidRPr="00587B95" w14:paraId="6CE9CC8E" w14:textId="77777777">
        <w:trPr>
          <w:trHeight w:val="250"/>
          <w:jc w:val="center"/>
        </w:trPr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CE6F1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686BFD5" w14:textId="48C74B5D" w:rsidR="0008418B" w:rsidRPr="00587B95" w:rsidRDefault="00614508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</w:rPr>
            </w:pP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2079774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b/>
                <w:color w:val="000000"/>
                <w:szCs w:val="14"/>
              </w:rPr>
              <w:t xml:space="preserve"> </w:t>
            </w:r>
            <w:proofErr w:type="spellStart"/>
            <w:r w:rsidR="008616D1" w:rsidRPr="00587B95">
              <w:rPr>
                <w:rFonts w:ascii="Noto Sans JP" w:eastAsia="Noto Sans JP" w:hAnsi="Noto Sans JP" w:cs="Poppins"/>
                <w:b/>
                <w:color w:val="000000"/>
                <w:szCs w:val="14"/>
              </w:rPr>
              <w:t>医療機器</w:t>
            </w:r>
            <w:proofErr w:type="spellEnd"/>
          </w:p>
        </w:tc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CE6F1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A7A3255" w14:textId="17CBD9B7" w:rsidR="0008418B" w:rsidRPr="00587B95" w:rsidRDefault="00614508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</w:rPr>
            </w:pP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1310753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b/>
                <w:color w:val="000000"/>
                <w:szCs w:val="14"/>
              </w:rPr>
              <w:t xml:space="preserve"> </w:t>
            </w:r>
            <w:proofErr w:type="spellStart"/>
            <w:r w:rsidR="008616D1" w:rsidRPr="00587B95">
              <w:rPr>
                <w:rFonts w:ascii="Noto Sans JP" w:eastAsia="Noto Sans JP" w:hAnsi="Noto Sans JP" w:cs="Poppins"/>
                <w:b/>
                <w:color w:val="000000"/>
                <w:szCs w:val="14"/>
              </w:rPr>
              <w:t>医薬品</w:t>
            </w:r>
            <w:proofErr w:type="spellEnd"/>
          </w:p>
        </w:tc>
      </w:tr>
      <w:tr w:rsidR="0008418B" w:rsidRPr="00587B95" w14:paraId="160F3F3C" w14:textId="77777777">
        <w:trPr>
          <w:trHeight w:val="520"/>
          <w:jc w:val="center"/>
        </w:trPr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0595015" w14:textId="3471F5D7" w:rsidR="0008418B" w:rsidRPr="00587B95" w:rsidRDefault="00614508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90448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クラスI 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22227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クラスII 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105651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クラスIII 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308686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クラスIV</w:t>
            </w:r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br/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-239339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医療機器該当性・クラスを確認中</w:t>
            </w:r>
          </w:p>
        </w:tc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D621011" w14:textId="2D1701D0" w:rsidR="0008418B" w:rsidRPr="00587B95" w:rsidRDefault="00614508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</w:rPr>
            </w:pP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-2103636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 xml:space="preserve"> </w:t>
            </w:r>
            <w:proofErr w:type="spellStart"/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>医療用医薬品</w:t>
            </w:r>
            <w:proofErr w:type="spellEnd"/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 xml:space="preserve"> 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1608469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 xml:space="preserve"> </w:t>
            </w:r>
            <w:proofErr w:type="spellStart"/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>要指導医薬品</w:t>
            </w:r>
            <w:proofErr w:type="spellEnd"/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</w:rPr>
              <w:br/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-637029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 xml:space="preserve"> </w:t>
            </w:r>
            <w:proofErr w:type="spellStart"/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>一般用医薬品</w:t>
            </w:r>
            <w:proofErr w:type="spellEnd"/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 xml:space="preserve">: 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1702745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 xml:space="preserve"> 第1類 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-1923170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 xml:space="preserve"> 第2類 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-1505271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 xml:space="preserve"> 指定第2類 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-1889176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 xml:space="preserve"> 第3類</w:t>
            </w:r>
          </w:p>
        </w:tc>
      </w:tr>
      <w:tr w:rsidR="0008418B" w:rsidRPr="00587B95" w14:paraId="71A2F29E" w14:textId="77777777">
        <w:trPr>
          <w:trHeight w:val="250"/>
          <w:jc w:val="center"/>
        </w:trPr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CE6F1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1F99937" w14:textId="5FC84A81" w:rsidR="0008418B" w:rsidRPr="00587B95" w:rsidRDefault="00614508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</w:rPr>
            </w:pP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1160584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b/>
                <w:color w:val="000000"/>
                <w:szCs w:val="14"/>
              </w:rPr>
              <w:t xml:space="preserve"> </w:t>
            </w:r>
            <w:proofErr w:type="spellStart"/>
            <w:r w:rsidR="008616D1" w:rsidRPr="00587B95">
              <w:rPr>
                <w:rFonts w:ascii="Noto Sans JP" w:eastAsia="Noto Sans JP" w:hAnsi="Noto Sans JP" w:cs="Poppins"/>
                <w:b/>
                <w:color w:val="000000"/>
                <w:szCs w:val="14"/>
              </w:rPr>
              <w:t>食品</w:t>
            </w:r>
            <w:proofErr w:type="spellEnd"/>
          </w:p>
        </w:tc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CE6F1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F77CA91" w14:textId="63AC8BC8" w:rsidR="0008418B" w:rsidRPr="00587B95" w:rsidRDefault="00614508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</w:rPr>
            </w:pP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-1014921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b/>
                <w:color w:val="000000"/>
                <w:szCs w:val="14"/>
              </w:rPr>
              <w:t xml:space="preserve"> </w:t>
            </w:r>
            <w:proofErr w:type="spellStart"/>
            <w:r w:rsidR="008616D1" w:rsidRPr="00587B95">
              <w:rPr>
                <w:rFonts w:ascii="Noto Sans JP" w:eastAsia="Noto Sans JP" w:hAnsi="Noto Sans JP" w:cs="Poppins"/>
                <w:b/>
                <w:color w:val="000000"/>
                <w:szCs w:val="14"/>
              </w:rPr>
              <w:t>化粧品・医薬部外品</w:t>
            </w:r>
            <w:proofErr w:type="spellEnd"/>
          </w:p>
        </w:tc>
      </w:tr>
      <w:tr w:rsidR="0008418B" w:rsidRPr="00587B95" w14:paraId="123EE1A3" w14:textId="77777777">
        <w:trPr>
          <w:trHeight w:val="520"/>
          <w:jc w:val="center"/>
        </w:trPr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3427E5A" w14:textId="261254DD" w:rsidR="0008418B" w:rsidRPr="00587B95" w:rsidRDefault="00614508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269980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一般食品 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797191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いわゆる健康食品</w:t>
            </w:r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br/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-488712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栄養機能食品 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678626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機能性表示食品 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-1764763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特定保健用食品</w:t>
            </w:r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br/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-550300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特別用途食品（病者用食品等） 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-100720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区分確認中</w:t>
            </w:r>
          </w:p>
        </w:tc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8F60C32" w14:textId="2738C63E" w:rsidR="0008418B" w:rsidRPr="00587B95" w:rsidRDefault="00614508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1621571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化粧品 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1883211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医薬部外品 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61691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薬用化粧品</w:t>
            </w:r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br/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394854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区分確認中</w:t>
            </w:r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br/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-2125998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その他: ______________________________________</w:t>
            </w:r>
          </w:p>
        </w:tc>
      </w:tr>
      <w:tr w:rsidR="0008418B" w:rsidRPr="00587B95" w14:paraId="6F65531A" w14:textId="77777777">
        <w:trPr>
          <w:trHeight w:val="250"/>
          <w:jc w:val="center"/>
        </w:trPr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CE6F1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162ED47" w14:textId="181928A3" w:rsidR="0008418B" w:rsidRPr="00587B95" w:rsidRDefault="00614508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</w:rPr>
            </w:pP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1289859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b/>
                <w:color w:val="000000"/>
                <w:szCs w:val="14"/>
              </w:rPr>
              <w:t xml:space="preserve"> </w:t>
            </w:r>
            <w:proofErr w:type="spellStart"/>
            <w:r w:rsidR="008616D1" w:rsidRPr="00587B95">
              <w:rPr>
                <w:rFonts w:ascii="Noto Sans JP" w:eastAsia="Noto Sans JP" w:hAnsi="Noto Sans JP" w:cs="Poppins"/>
                <w:b/>
                <w:color w:val="000000"/>
                <w:szCs w:val="14"/>
              </w:rPr>
              <w:t>介護用品・福祉用具</w:t>
            </w:r>
            <w:proofErr w:type="spellEnd"/>
          </w:p>
        </w:tc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CE6F1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B358613" w14:textId="36820961" w:rsidR="0008418B" w:rsidRPr="00587B95" w:rsidRDefault="00614508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</w:rPr>
            </w:pP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2096738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b/>
                <w:color w:val="000000"/>
                <w:szCs w:val="14"/>
              </w:rPr>
              <w:t xml:space="preserve"> </w:t>
            </w:r>
            <w:proofErr w:type="spellStart"/>
            <w:r w:rsidR="008616D1" w:rsidRPr="00587B95">
              <w:rPr>
                <w:rFonts w:ascii="Noto Sans JP" w:eastAsia="Noto Sans JP" w:hAnsi="Noto Sans JP" w:cs="Poppins"/>
                <w:b/>
                <w:color w:val="000000"/>
                <w:szCs w:val="14"/>
              </w:rPr>
              <w:t>その他</w:t>
            </w:r>
            <w:proofErr w:type="spellEnd"/>
          </w:p>
        </w:tc>
      </w:tr>
      <w:tr w:rsidR="0008418B" w:rsidRPr="00587B95" w14:paraId="03158A69" w14:textId="77777777">
        <w:trPr>
          <w:trHeight w:val="520"/>
          <w:jc w:val="center"/>
        </w:trPr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D32023C" w14:textId="25A12C88" w:rsidR="0008418B" w:rsidRPr="00587B95" w:rsidRDefault="008616D1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</w:rPr>
            </w:pPr>
            <w:proofErr w:type="spellStart"/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>介護保険法</w:t>
            </w:r>
            <w:proofErr w:type="spellEnd"/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 xml:space="preserve">: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-904831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 xml:space="preserve"> </w:t>
            </w:r>
            <w:proofErr w:type="spellStart"/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>福祉用具貸与</w:t>
            </w:r>
            <w:proofErr w:type="spellEnd"/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 xml:space="preserve"> 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-1822262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 xml:space="preserve"> </w:t>
            </w:r>
            <w:proofErr w:type="spellStart"/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>特定福祉用具販売</w:t>
            </w:r>
            <w:proofErr w:type="spellEnd"/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br/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-265239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 xml:space="preserve"> </w:t>
            </w:r>
            <w:proofErr w:type="spellStart"/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>住宅改修関連</w:t>
            </w:r>
            <w:proofErr w:type="spellEnd"/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 xml:space="preserve"> 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-108035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 xml:space="preserve"> </w:t>
            </w:r>
            <w:proofErr w:type="spellStart"/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>対象外</w:t>
            </w:r>
            <w:proofErr w:type="spellEnd"/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 xml:space="preserve"> 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1051259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 xml:space="preserve"> </w:t>
            </w:r>
            <w:proofErr w:type="spellStart"/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>確認中</w:t>
            </w:r>
            <w:proofErr w:type="spellEnd"/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br/>
            </w:r>
            <w:proofErr w:type="spellStart"/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>障害者総合支援法等</w:t>
            </w:r>
            <w:proofErr w:type="spellEnd"/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 xml:space="preserve">: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792487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 xml:space="preserve"> </w:t>
            </w:r>
            <w:proofErr w:type="spellStart"/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>補装具</w:t>
            </w:r>
            <w:proofErr w:type="spellEnd"/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 xml:space="preserve"> 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81962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 xml:space="preserve"> </w:t>
            </w:r>
            <w:proofErr w:type="spellStart"/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>日常生活用具</w:t>
            </w:r>
            <w:proofErr w:type="spellEnd"/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br/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-856804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 xml:space="preserve"> </w:t>
            </w:r>
            <w:proofErr w:type="spellStart"/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>対象外</w:t>
            </w:r>
            <w:proofErr w:type="spellEnd"/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 xml:space="preserve"> 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753781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 xml:space="preserve"> </w:t>
            </w:r>
            <w:proofErr w:type="spellStart"/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>確認中</w:t>
            </w:r>
            <w:proofErr w:type="spellEnd"/>
          </w:p>
        </w:tc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28C7FF4" w14:textId="22236449" w:rsidR="0008418B" w:rsidRPr="00587B95" w:rsidRDefault="00614508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265361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一般用品・雑品</w:t>
            </w:r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br/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600768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デジタル製品・サービス</w:t>
            </w:r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br/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900715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その他: ______________________________________</w:t>
            </w:r>
          </w:p>
        </w:tc>
      </w:tr>
      <w:tr w:rsidR="0008418B" w:rsidRPr="00587B95" w14:paraId="1549559F" w14:textId="77777777">
        <w:trPr>
          <w:trHeight w:val="360"/>
          <w:jc w:val="center"/>
        </w:trPr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C6B9EA8" w14:textId="77777777" w:rsidR="0008418B" w:rsidRPr="00587B95" w:rsidRDefault="008616D1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t>承認・認証・届出等の名称・番号</w:t>
            </w:r>
          </w:p>
        </w:tc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7B27BEE" w14:textId="77777777" w:rsidR="0008418B" w:rsidRPr="00587B95" w:rsidRDefault="0008418B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</w:p>
        </w:tc>
      </w:tr>
      <w:tr w:rsidR="0008418B" w:rsidRPr="00587B95" w14:paraId="29F44ADD" w14:textId="77777777">
        <w:trPr>
          <w:trHeight w:val="300"/>
          <w:jc w:val="center"/>
        </w:trPr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966677D" w14:textId="77777777" w:rsidR="0008418B" w:rsidRPr="00587B95" w:rsidRDefault="008616D1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</w:rPr>
            </w:pPr>
            <w:proofErr w:type="spellStart"/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</w:rPr>
              <w:t>日本国内の状況</w:t>
            </w:r>
            <w:proofErr w:type="spellEnd"/>
          </w:p>
        </w:tc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89CFF21" w14:textId="0011FDA4" w:rsidR="0008418B" w:rsidRPr="00587B95" w:rsidRDefault="00614508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11680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取得・届出済み  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-741015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申請中  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1736499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未申請  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410672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該当なし</w:t>
            </w:r>
          </w:p>
        </w:tc>
      </w:tr>
    </w:tbl>
    <w:p w14:paraId="7683296C" w14:textId="77777777" w:rsidR="00B07C96" w:rsidRDefault="00B07C96" w:rsidP="00587B95">
      <w:pPr>
        <w:keepNext/>
        <w:spacing w:line="240" w:lineRule="auto"/>
        <w:rPr>
          <w:rFonts w:ascii="Noto Sans JP" w:eastAsia="Noto Sans JP" w:hAnsi="Noto Sans JP" w:cs="Poppins"/>
          <w:b/>
          <w:color w:val="000000"/>
          <w:szCs w:val="14"/>
          <w:lang w:eastAsia="ja-JP"/>
        </w:rPr>
      </w:pPr>
    </w:p>
    <w:p w14:paraId="1BE8CAC4" w14:textId="42D813FA" w:rsidR="0008418B" w:rsidRPr="00587B95" w:rsidRDefault="008616D1" w:rsidP="00587B95">
      <w:pPr>
        <w:keepNext/>
        <w:spacing w:line="240" w:lineRule="auto"/>
        <w:rPr>
          <w:rFonts w:ascii="Noto Sans JP" w:eastAsia="Noto Sans JP" w:hAnsi="Noto Sans JP" w:cs="Poppins"/>
          <w:szCs w:val="14"/>
          <w:lang w:eastAsia="ja-JP"/>
        </w:rPr>
      </w:pPr>
      <w:r w:rsidRPr="00587B95">
        <w:rPr>
          <w:rFonts w:ascii="Noto Sans JP" w:eastAsia="Noto Sans JP" w:hAnsi="Noto Sans JP" w:cs="Poppins"/>
          <w:b/>
          <w:color w:val="000000"/>
          <w:szCs w:val="14"/>
          <w:lang w:eastAsia="ja-JP"/>
        </w:rPr>
        <w:t xml:space="preserve">1-4  製造者・製造工場情報  </w:t>
      </w:r>
    </w:p>
    <w:tbl>
      <w:tblPr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2969"/>
        <w:gridCol w:w="7237"/>
      </w:tblGrid>
      <w:tr w:rsidR="0008418B" w:rsidRPr="00587B95" w14:paraId="706644A8" w14:textId="77777777" w:rsidTr="00E748BB">
        <w:trPr>
          <w:trHeight w:val="290"/>
          <w:jc w:val="center"/>
        </w:trPr>
        <w:tc>
          <w:tcPr>
            <w:tcW w:w="296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CB789CF" w14:textId="77777777" w:rsidR="0008418B" w:rsidRPr="00587B95" w:rsidRDefault="008616D1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t>製造者・サービス提供者</w:t>
            </w: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br/>
              <w:t>会社名</w:t>
            </w:r>
          </w:p>
        </w:tc>
        <w:tc>
          <w:tcPr>
            <w:tcW w:w="72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82EA46A" w14:textId="77777777" w:rsidR="0008418B" w:rsidRPr="00587B95" w:rsidRDefault="0008418B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</w:p>
        </w:tc>
      </w:tr>
      <w:tr w:rsidR="0008418B" w:rsidRPr="00587B95" w14:paraId="59CC75B5" w14:textId="77777777" w:rsidTr="00E748BB">
        <w:trPr>
          <w:trHeight w:val="290"/>
          <w:jc w:val="center"/>
        </w:trPr>
        <w:tc>
          <w:tcPr>
            <w:tcW w:w="296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E64CC2E" w14:textId="77777777" w:rsidR="0008418B" w:rsidRPr="00587B95" w:rsidRDefault="008616D1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</w:rPr>
            </w:pPr>
            <w:proofErr w:type="spellStart"/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</w:rPr>
              <w:t>工場名・製造国</w:t>
            </w:r>
            <w:proofErr w:type="spellEnd"/>
          </w:p>
        </w:tc>
        <w:tc>
          <w:tcPr>
            <w:tcW w:w="72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BF9D0D0" w14:textId="77777777" w:rsidR="0008418B" w:rsidRPr="00587B95" w:rsidRDefault="0008418B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</w:rPr>
            </w:pPr>
          </w:p>
        </w:tc>
      </w:tr>
      <w:tr w:rsidR="0008418B" w:rsidRPr="00587B95" w14:paraId="70B118D7" w14:textId="77777777" w:rsidTr="00E748BB">
        <w:trPr>
          <w:trHeight w:val="300"/>
          <w:jc w:val="center"/>
        </w:trPr>
        <w:tc>
          <w:tcPr>
            <w:tcW w:w="296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3CC78CC" w14:textId="77777777" w:rsidR="0008418B" w:rsidRPr="00587B95" w:rsidRDefault="008616D1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</w:rPr>
            </w:pPr>
            <w:proofErr w:type="spellStart"/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</w:rPr>
              <w:t>外部への開示</w:t>
            </w:r>
            <w:proofErr w:type="spellEnd"/>
          </w:p>
        </w:tc>
        <w:tc>
          <w:tcPr>
            <w:tcW w:w="72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642EDFF" w14:textId="256CC29D" w:rsidR="0008418B" w:rsidRPr="00587B95" w:rsidRDefault="00614508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821240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開示可  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1770577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</w:t>
            </w:r>
            <w:r w:rsidR="004403D7">
              <w:rPr>
                <w:rFonts w:ascii="Noto Sans JP" w:eastAsia="Noto Sans JP" w:hAnsi="Noto Sans JP" w:cs="Poppins" w:hint="eastAsia"/>
                <w:color w:val="000000"/>
                <w:szCs w:val="14"/>
                <w:lang w:eastAsia="ja-JP"/>
              </w:rPr>
              <w:t>主催者および委託先（</w:t>
            </w:r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>Clip Tip</w:t>
            </w:r>
            <w:r w:rsidR="004403D7">
              <w:rPr>
                <w:rFonts w:ascii="Noto Sans JP" w:eastAsia="Noto Sans JP" w:hAnsi="Noto Sans JP" w:cs="Poppins" w:hint="eastAsia"/>
                <w:color w:val="000000"/>
                <w:szCs w:val="14"/>
                <w:lang w:eastAsia="ja-JP"/>
              </w:rPr>
              <w:t>社）</w:t>
            </w:r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内部確認のみ  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1065840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現時点では非開示 </w:t>
            </w:r>
          </w:p>
        </w:tc>
      </w:tr>
      <w:tr w:rsidR="0008418B" w:rsidRPr="00587B95" w14:paraId="7D6ACDF7" w14:textId="77777777" w:rsidTr="00E748BB">
        <w:trPr>
          <w:trHeight w:val="300"/>
          <w:jc w:val="center"/>
        </w:trPr>
        <w:tc>
          <w:tcPr>
            <w:tcW w:w="296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512DBB4" w14:textId="6366B007" w:rsidR="0008418B" w:rsidRPr="00587B95" w:rsidRDefault="001746A5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</w:rPr>
            </w:pPr>
            <w:r w:rsidRPr="00587B95">
              <w:rPr>
                <w:rFonts w:ascii="Noto Sans JP" w:eastAsia="Noto Sans JP" w:hAnsi="Noto Sans JP" w:cs="Poppins" w:hint="eastAsia"/>
                <w:b/>
                <w:color w:val="000000"/>
                <w:szCs w:val="14"/>
                <w:lang w:eastAsia="ja-JP"/>
              </w:rPr>
              <w:t>製造</w:t>
            </w:r>
            <w:proofErr w:type="spellStart"/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</w:rPr>
              <w:t>工場取得認証</w:t>
            </w:r>
            <w:proofErr w:type="spellEnd"/>
          </w:p>
        </w:tc>
        <w:tc>
          <w:tcPr>
            <w:tcW w:w="72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F835BEF" w14:textId="16D23829" w:rsidR="0008418B" w:rsidRPr="00587B95" w:rsidRDefault="0008418B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</w:rPr>
            </w:pPr>
          </w:p>
        </w:tc>
      </w:tr>
      <w:tr w:rsidR="0008418B" w:rsidRPr="00587B95" w14:paraId="273972BE" w14:textId="77777777" w:rsidTr="00E748BB">
        <w:trPr>
          <w:trHeight w:val="310"/>
          <w:jc w:val="center"/>
        </w:trPr>
        <w:tc>
          <w:tcPr>
            <w:tcW w:w="296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56C7D63" w14:textId="77777777" w:rsidR="0008418B" w:rsidRPr="00587B95" w:rsidRDefault="008616D1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t>1-5 製品・サービスWebサイト</w:t>
            </w: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br/>
              <w:t>動画URLがあれば併記</w:t>
            </w:r>
          </w:p>
        </w:tc>
        <w:tc>
          <w:tcPr>
            <w:tcW w:w="72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E12EDCC" w14:textId="77777777" w:rsidR="0008418B" w:rsidRPr="00587B95" w:rsidRDefault="0008418B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</w:p>
        </w:tc>
      </w:tr>
    </w:tbl>
    <w:p w14:paraId="61F3AF60" w14:textId="77777777" w:rsidR="0008418B" w:rsidRPr="00587B95" w:rsidRDefault="008616D1" w:rsidP="00587B95">
      <w:pPr>
        <w:spacing w:line="240" w:lineRule="auto"/>
        <w:rPr>
          <w:rFonts w:ascii="Noto Sans JP" w:eastAsia="Noto Sans JP" w:hAnsi="Noto Sans JP" w:cs="Poppins"/>
          <w:szCs w:val="14"/>
          <w:lang w:eastAsia="ja-JP"/>
        </w:rPr>
      </w:pPr>
      <w:r w:rsidRPr="00587B95">
        <w:rPr>
          <w:rFonts w:ascii="Noto Sans JP" w:eastAsia="Noto Sans JP" w:hAnsi="Noto Sans JP" w:cs="Poppins"/>
          <w:szCs w:val="14"/>
          <w:lang w:eastAsia="ja-JP"/>
        </w:rPr>
        <w:br w:type="page"/>
      </w:r>
    </w:p>
    <w:p w14:paraId="5C9BD33C" w14:textId="77777777" w:rsidR="0008418B" w:rsidRPr="00587B95" w:rsidRDefault="008616D1" w:rsidP="00587B95">
      <w:pPr>
        <w:keepNext/>
        <w:spacing w:line="240" w:lineRule="auto"/>
        <w:rPr>
          <w:rFonts w:ascii="Noto Sans JP" w:eastAsia="Noto Sans JP" w:hAnsi="Noto Sans JP" w:cs="Poppins"/>
          <w:szCs w:val="14"/>
          <w:lang w:eastAsia="ja-JP"/>
        </w:rPr>
      </w:pPr>
      <w:r w:rsidRPr="00587B95">
        <w:rPr>
          <w:rFonts w:ascii="Noto Sans JP" w:eastAsia="Noto Sans JP" w:hAnsi="Noto Sans JP" w:cs="Poppins"/>
          <w:b/>
          <w:color w:val="000000"/>
          <w:szCs w:val="14"/>
          <w:lang w:eastAsia="ja-JP"/>
        </w:rPr>
        <w:lastRenderedPageBreak/>
        <w:t xml:space="preserve">2  製品・サービスの概要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77"/>
        <w:gridCol w:w="7229"/>
      </w:tblGrid>
      <w:tr w:rsidR="0008418B" w:rsidRPr="00587B95" w14:paraId="26B14861" w14:textId="77777777" w:rsidTr="001746A5">
        <w:trPr>
          <w:trHeight w:val="1417"/>
          <w:jc w:val="center"/>
        </w:trPr>
        <w:tc>
          <w:tcPr>
            <w:tcW w:w="297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E030E72" w14:textId="4B8B3283" w:rsidR="0008418B" w:rsidRPr="00587B95" w:rsidRDefault="008616D1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t>2-</w:t>
            </w:r>
            <w:r w:rsidR="001746A5"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val="en-GB" w:eastAsia="ja-JP"/>
              </w:rPr>
              <w:t>1</w:t>
            </w: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t xml:space="preserve"> 製品・サービス概要</w:t>
            </w: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br/>
              <w:t>仕組み・使用方法・提供内容</w:t>
            </w:r>
          </w:p>
        </w:tc>
        <w:tc>
          <w:tcPr>
            <w:tcW w:w="72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64DEE06" w14:textId="77777777" w:rsidR="0008418B" w:rsidRPr="00587B95" w:rsidRDefault="0008418B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</w:p>
        </w:tc>
      </w:tr>
      <w:tr w:rsidR="0008418B" w:rsidRPr="00587B95" w14:paraId="73FEF35F" w14:textId="77777777" w:rsidTr="001746A5">
        <w:trPr>
          <w:trHeight w:val="1417"/>
          <w:jc w:val="center"/>
        </w:trPr>
        <w:tc>
          <w:tcPr>
            <w:tcW w:w="297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A326FCD" w14:textId="2B79F1F6" w:rsidR="0008418B" w:rsidRPr="00587B95" w:rsidRDefault="008616D1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</w:rPr>
            </w:pP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</w:rPr>
              <w:t>2-</w:t>
            </w:r>
            <w:r w:rsidR="001746A5" w:rsidRPr="00587B95">
              <w:rPr>
                <w:rFonts w:ascii="Noto Sans JP" w:eastAsia="Noto Sans JP" w:hAnsi="Noto Sans JP" w:cs="Poppins"/>
                <w:b/>
                <w:color w:val="000000"/>
                <w:szCs w:val="14"/>
              </w:rPr>
              <w:t>2</w:t>
            </w: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</w:rPr>
              <w:t xml:space="preserve"> </w:t>
            </w:r>
            <w:proofErr w:type="spellStart"/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</w:rPr>
              <w:t>解決する課題</w:t>
            </w:r>
            <w:proofErr w:type="spellEnd"/>
          </w:p>
        </w:tc>
        <w:tc>
          <w:tcPr>
            <w:tcW w:w="72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BF7FF02" w14:textId="77777777" w:rsidR="0008418B" w:rsidRPr="00587B95" w:rsidRDefault="0008418B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</w:rPr>
            </w:pPr>
          </w:p>
        </w:tc>
      </w:tr>
      <w:tr w:rsidR="0008418B" w:rsidRPr="00587B95" w14:paraId="34C38E57" w14:textId="77777777" w:rsidTr="001746A5">
        <w:trPr>
          <w:trHeight w:val="680"/>
          <w:jc w:val="center"/>
        </w:trPr>
        <w:tc>
          <w:tcPr>
            <w:tcW w:w="297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6CB8943" w14:textId="52E01A9E" w:rsidR="0008418B" w:rsidRPr="00587B95" w:rsidRDefault="008616D1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t>2-</w:t>
            </w:r>
            <w:r w:rsidR="001746A5"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t>3</w:t>
            </w: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t xml:space="preserve"> 主な機能・特徴</w:t>
            </w: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br/>
              <w:t>最大5項目</w:t>
            </w:r>
          </w:p>
        </w:tc>
        <w:tc>
          <w:tcPr>
            <w:tcW w:w="72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95D8BA9" w14:textId="77777777" w:rsidR="0008418B" w:rsidRPr="00587B95" w:rsidRDefault="008616D1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</w:rPr>
            </w:pPr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>1.</w:t>
            </w:r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br/>
              <w:t>2.</w:t>
            </w:r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br/>
              <w:t>3.</w:t>
            </w:r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br/>
              <w:t>4.</w:t>
            </w:r>
            <w:r w:rsidRPr="00587B95">
              <w:rPr>
                <w:rFonts w:ascii="Noto Sans JP" w:eastAsia="Noto Sans JP" w:hAnsi="Noto Sans JP" w:cs="Poppins"/>
                <w:color w:val="000000"/>
                <w:szCs w:val="14"/>
              </w:rPr>
              <w:br/>
              <w:t>5.</w:t>
            </w:r>
          </w:p>
        </w:tc>
      </w:tr>
      <w:tr w:rsidR="0008418B" w:rsidRPr="00587B95" w14:paraId="5E1177DE" w14:textId="77777777" w:rsidTr="001746A5">
        <w:trPr>
          <w:trHeight w:val="1134"/>
          <w:jc w:val="center"/>
        </w:trPr>
        <w:tc>
          <w:tcPr>
            <w:tcW w:w="297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D385F12" w14:textId="52348F0F" w:rsidR="0008418B" w:rsidRPr="00587B95" w:rsidRDefault="008616D1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t>2-</w:t>
            </w:r>
            <w:r w:rsidR="001746A5"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t>4</w:t>
            </w: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t xml:space="preserve"> 既存製品・代替手段との違い</w:t>
            </w: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br/>
              <w:t>競争優位性・差別化</w:t>
            </w:r>
          </w:p>
        </w:tc>
        <w:tc>
          <w:tcPr>
            <w:tcW w:w="72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6A4099D" w14:textId="77777777" w:rsidR="0008418B" w:rsidRPr="00587B95" w:rsidRDefault="0008418B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val="en-GB" w:eastAsia="ja-JP"/>
              </w:rPr>
            </w:pPr>
          </w:p>
        </w:tc>
      </w:tr>
    </w:tbl>
    <w:p w14:paraId="3EC76E57" w14:textId="77777777" w:rsidR="00B07C96" w:rsidRDefault="00B07C96" w:rsidP="00587B95">
      <w:pPr>
        <w:keepNext/>
        <w:spacing w:line="240" w:lineRule="auto"/>
        <w:rPr>
          <w:rFonts w:ascii="Noto Sans JP" w:eastAsia="Noto Sans JP" w:hAnsi="Noto Sans JP" w:cs="Poppins"/>
          <w:b/>
          <w:color w:val="000000"/>
          <w:szCs w:val="14"/>
          <w:lang w:eastAsia="ja-JP"/>
        </w:rPr>
      </w:pPr>
    </w:p>
    <w:p w14:paraId="5F306374" w14:textId="20D8F8A4" w:rsidR="0008418B" w:rsidRPr="00587B95" w:rsidRDefault="008616D1" w:rsidP="00587B95">
      <w:pPr>
        <w:keepNext/>
        <w:spacing w:line="240" w:lineRule="auto"/>
        <w:rPr>
          <w:rFonts w:ascii="Noto Sans JP" w:eastAsia="Noto Sans JP" w:hAnsi="Noto Sans JP" w:cs="Poppins"/>
          <w:szCs w:val="14"/>
          <w:lang w:eastAsia="ja-JP"/>
        </w:rPr>
      </w:pPr>
      <w:r w:rsidRPr="00587B95">
        <w:rPr>
          <w:rFonts w:ascii="Noto Sans JP" w:eastAsia="Noto Sans JP" w:hAnsi="Noto Sans JP" w:cs="Poppins"/>
          <w:b/>
          <w:color w:val="000000"/>
          <w:szCs w:val="14"/>
          <w:lang w:eastAsia="ja-JP"/>
        </w:rPr>
        <w:t xml:space="preserve">3  対象者・利用場面・提供価値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77"/>
        <w:gridCol w:w="7229"/>
      </w:tblGrid>
      <w:tr w:rsidR="0008418B" w:rsidRPr="00587B95" w14:paraId="4CB54E02" w14:textId="77777777" w:rsidTr="001746A5">
        <w:trPr>
          <w:trHeight w:val="280"/>
          <w:jc w:val="center"/>
        </w:trPr>
        <w:tc>
          <w:tcPr>
            <w:tcW w:w="297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E6430E1" w14:textId="77777777" w:rsidR="0008418B" w:rsidRPr="00587B95" w:rsidRDefault="008616D1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</w:rPr>
            </w:pPr>
            <w:proofErr w:type="spellStart"/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</w:rPr>
              <w:t>主な利用者</w:t>
            </w:r>
            <w:proofErr w:type="spellEnd"/>
          </w:p>
        </w:tc>
        <w:tc>
          <w:tcPr>
            <w:tcW w:w="72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4B41C7A" w14:textId="77777777" w:rsidR="0008418B" w:rsidRPr="00587B95" w:rsidRDefault="0008418B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</w:rPr>
            </w:pPr>
          </w:p>
        </w:tc>
      </w:tr>
      <w:tr w:rsidR="0008418B" w:rsidRPr="00587B95" w14:paraId="4BFA29FF" w14:textId="77777777" w:rsidTr="001746A5">
        <w:trPr>
          <w:trHeight w:val="280"/>
          <w:jc w:val="center"/>
        </w:trPr>
        <w:tc>
          <w:tcPr>
            <w:tcW w:w="297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27E8CD3" w14:textId="77777777" w:rsidR="0008418B" w:rsidRPr="00587B95" w:rsidRDefault="008616D1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t>主な購入者・導入決定者</w:t>
            </w:r>
          </w:p>
        </w:tc>
        <w:tc>
          <w:tcPr>
            <w:tcW w:w="72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BED5C49" w14:textId="77777777" w:rsidR="0008418B" w:rsidRPr="00587B95" w:rsidRDefault="0008418B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</w:p>
        </w:tc>
      </w:tr>
      <w:tr w:rsidR="0008418B" w:rsidRPr="00587B95" w14:paraId="4A2C79F1" w14:textId="77777777" w:rsidTr="001746A5">
        <w:trPr>
          <w:trHeight w:val="280"/>
          <w:jc w:val="center"/>
        </w:trPr>
        <w:tc>
          <w:tcPr>
            <w:tcW w:w="297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729EE6E" w14:textId="77777777" w:rsidR="0008418B" w:rsidRPr="00587B95" w:rsidRDefault="008616D1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t>主な利用場所・利用場面</w:t>
            </w:r>
          </w:p>
        </w:tc>
        <w:tc>
          <w:tcPr>
            <w:tcW w:w="72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EACE725" w14:textId="77777777" w:rsidR="0008418B" w:rsidRPr="00587B95" w:rsidRDefault="0008418B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</w:p>
        </w:tc>
      </w:tr>
      <w:tr w:rsidR="0008418B" w:rsidRPr="00587B95" w14:paraId="0B1FA7A4" w14:textId="77777777" w:rsidTr="001746A5">
        <w:trPr>
          <w:trHeight w:val="400"/>
          <w:jc w:val="center"/>
        </w:trPr>
        <w:tc>
          <w:tcPr>
            <w:tcW w:w="297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74EE400" w14:textId="77777777" w:rsidR="0008418B" w:rsidRPr="00587B95" w:rsidRDefault="008616D1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t>提供する価値・期待される効果</w:t>
            </w: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br/>
              <w:t>可能な場合は数値で記載</w:t>
            </w:r>
          </w:p>
        </w:tc>
        <w:tc>
          <w:tcPr>
            <w:tcW w:w="72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88D987D" w14:textId="77777777" w:rsidR="0008418B" w:rsidRPr="00587B95" w:rsidRDefault="0008418B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</w:p>
        </w:tc>
      </w:tr>
    </w:tbl>
    <w:p w14:paraId="6319E68F" w14:textId="77777777" w:rsidR="00B07C96" w:rsidRDefault="00B07C96" w:rsidP="00587B95">
      <w:pPr>
        <w:keepNext/>
        <w:spacing w:line="240" w:lineRule="auto"/>
        <w:rPr>
          <w:rFonts w:ascii="Noto Sans JP" w:eastAsia="Noto Sans JP" w:hAnsi="Noto Sans JP" w:cs="Poppins"/>
          <w:b/>
          <w:color w:val="000000"/>
          <w:szCs w:val="14"/>
          <w:lang w:eastAsia="ja-JP"/>
        </w:rPr>
      </w:pPr>
    </w:p>
    <w:p w14:paraId="586EE2D8" w14:textId="03E0D361" w:rsidR="0008418B" w:rsidRPr="00587B95" w:rsidRDefault="008616D1" w:rsidP="00587B95">
      <w:pPr>
        <w:keepNext/>
        <w:spacing w:line="240" w:lineRule="auto"/>
        <w:rPr>
          <w:rFonts w:ascii="Noto Sans JP" w:eastAsia="Noto Sans JP" w:hAnsi="Noto Sans JP" w:cs="Poppins"/>
          <w:szCs w:val="14"/>
          <w:lang w:eastAsia="ja-JP"/>
        </w:rPr>
      </w:pPr>
      <w:r w:rsidRPr="00587B95">
        <w:rPr>
          <w:rFonts w:ascii="Noto Sans JP" w:eastAsia="Noto Sans JP" w:hAnsi="Noto Sans JP" w:cs="Poppins"/>
          <w:b/>
          <w:color w:val="000000"/>
          <w:szCs w:val="14"/>
          <w:lang w:eastAsia="ja-JP"/>
        </w:rPr>
        <w:t xml:space="preserve">4  販売・導入実績とエビデンス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77"/>
        <w:gridCol w:w="7229"/>
      </w:tblGrid>
      <w:tr w:rsidR="0008418B" w:rsidRPr="00587B95" w14:paraId="49794CB6" w14:textId="77777777" w:rsidTr="001746A5">
        <w:trPr>
          <w:trHeight w:val="280"/>
          <w:jc w:val="center"/>
        </w:trPr>
        <w:tc>
          <w:tcPr>
            <w:tcW w:w="297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1014F03" w14:textId="77777777" w:rsidR="0008418B" w:rsidRPr="00587B95" w:rsidRDefault="008616D1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</w:rPr>
            </w:pPr>
            <w:proofErr w:type="spellStart"/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</w:rPr>
              <w:t>日本国内の事業段階</w:t>
            </w:r>
            <w:proofErr w:type="spellEnd"/>
          </w:p>
        </w:tc>
        <w:tc>
          <w:tcPr>
            <w:tcW w:w="72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A40F810" w14:textId="2733B0D0" w:rsidR="0008418B" w:rsidRPr="00587B95" w:rsidRDefault="00614508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-1956860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研究開発  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176156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PoC・実証  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-1580357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販売準備中  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189268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販売中</w:t>
            </w:r>
          </w:p>
        </w:tc>
      </w:tr>
      <w:tr w:rsidR="0008418B" w:rsidRPr="00587B95" w14:paraId="4325AC42" w14:textId="77777777" w:rsidTr="001746A5">
        <w:trPr>
          <w:trHeight w:val="380"/>
          <w:jc w:val="center"/>
        </w:trPr>
        <w:tc>
          <w:tcPr>
            <w:tcW w:w="297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D80C639" w14:textId="77777777" w:rsidR="0008418B" w:rsidRPr="00587B95" w:rsidRDefault="008616D1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t>日本・海外の主な販売・導入実績</w:t>
            </w:r>
          </w:p>
        </w:tc>
        <w:tc>
          <w:tcPr>
            <w:tcW w:w="72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04145F5" w14:textId="77777777" w:rsidR="0008418B" w:rsidRPr="00587B95" w:rsidRDefault="0008418B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</w:p>
        </w:tc>
      </w:tr>
      <w:tr w:rsidR="0008418B" w:rsidRPr="00587B95" w14:paraId="5BD1B101" w14:textId="77777777" w:rsidTr="001746A5">
        <w:trPr>
          <w:trHeight w:val="380"/>
          <w:jc w:val="center"/>
        </w:trPr>
        <w:tc>
          <w:tcPr>
            <w:tcW w:w="297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74E3B2B" w14:textId="77777777" w:rsidR="0008418B" w:rsidRPr="00587B95" w:rsidRDefault="008616D1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t>導入事例・有用性を示すエビデンス</w:t>
            </w:r>
          </w:p>
        </w:tc>
        <w:tc>
          <w:tcPr>
            <w:tcW w:w="72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F409645" w14:textId="77777777" w:rsidR="0008418B" w:rsidRPr="00587B95" w:rsidRDefault="0008418B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</w:p>
        </w:tc>
      </w:tr>
    </w:tbl>
    <w:p w14:paraId="19432A68" w14:textId="77777777" w:rsidR="00B07C96" w:rsidRDefault="00B07C96" w:rsidP="00587B95">
      <w:pPr>
        <w:keepNext/>
        <w:spacing w:line="240" w:lineRule="auto"/>
        <w:rPr>
          <w:rFonts w:ascii="Noto Sans JP" w:eastAsia="Noto Sans JP" w:hAnsi="Noto Sans JP" w:cs="Poppins"/>
          <w:b/>
          <w:color w:val="000000"/>
          <w:szCs w:val="14"/>
          <w:lang w:eastAsia="ja-JP"/>
        </w:rPr>
      </w:pPr>
    </w:p>
    <w:p w14:paraId="16804856" w14:textId="73AEF03C" w:rsidR="0008418B" w:rsidRPr="00587B95" w:rsidRDefault="008616D1" w:rsidP="00587B95">
      <w:pPr>
        <w:keepNext/>
        <w:spacing w:line="240" w:lineRule="auto"/>
        <w:rPr>
          <w:rFonts w:ascii="Noto Sans JP" w:eastAsia="Noto Sans JP" w:hAnsi="Noto Sans JP" w:cs="Poppins"/>
          <w:szCs w:val="14"/>
        </w:rPr>
      </w:pPr>
      <w:proofErr w:type="gramStart"/>
      <w:r w:rsidRPr="00587B95">
        <w:rPr>
          <w:rFonts w:ascii="Noto Sans JP" w:eastAsia="Noto Sans JP" w:hAnsi="Noto Sans JP" w:cs="Poppins"/>
          <w:b/>
          <w:color w:val="000000"/>
          <w:szCs w:val="14"/>
        </w:rPr>
        <w:t xml:space="preserve">5  </w:t>
      </w:r>
      <w:proofErr w:type="spellStart"/>
      <w:r w:rsidRPr="00587B95">
        <w:rPr>
          <w:rFonts w:ascii="Noto Sans JP" w:eastAsia="Noto Sans JP" w:hAnsi="Noto Sans JP" w:cs="Poppins"/>
          <w:b/>
          <w:color w:val="000000"/>
          <w:szCs w:val="14"/>
        </w:rPr>
        <w:t>希望</w:t>
      </w:r>
      <w:proofErr w:type="gramEnd"/>
      <w:r w:rsidRPr="00587B95">
        <w:rPr>
          <w:rFonts w:ascii="Noto Sans JP" w:eastAsia="Noto Sans JP" w:hAnsi="Noto Sans JP" w:cs="Poppins"/>
          <w:b/>
          <w:color w:val="000000"/>
          <w:szCs w:val="14"/>
        </w:rPr>
        <w:t>するマッチング</w:t>
      </w:r>
      <w:proofErr w:type="spellEnd"/>
      <w:r w:rsidRPr="00587B95">
        <w:rPr>
          <w:rFonts w:ascii="Noto Sans JP" w:eastAsia="Noto Sans JP" w:hAnsi="Noto Sans JP" w:cs="Poppins"/>
          <w:b/>
          <w:color w:val="000000"/>
          <w:szCs w:val="14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77"/>
        <w:gridCol w:w="7229"/>
      </w:tblGrid>
      <w:tr w:rsidR="0008418B" w:rsidRPr="00587B95" w14:paraId="6F61B7C3" w14:textId="77777777" w:rsidTr="001746A5">
        <w:trPr>
          <w:trHeight w:val="620"/>
          <w:jc w:val="center"/>
        </w:trPr>
        <w:tc>
          <w:tcPr>
            <w:tcW w:w="297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263BDF8" w14:textId="77777777" w:rsidR="0008418B" w:rsidRPr="00587B95" w:rsidRDefault="008616D1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t>主な商談目的</w:t>
            </w: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br/>
              <w:t>主目的を1つ選択</w:t>
            </w:r>
          </w:p>
        </w:tc>
        <w:tc>
          <w:tcPr>
            <w:tcW w:w="72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77BABCF" w14:textId="6E31F146" w:rsidR="0008418B" w:rsidRPr="00587B95" w:rsidRDefault="00614508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-2112264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販売・代理店パートナーの開拓</w:t>
            </w:r>
          </w:p>
          <w:p w14:paraId="3E7B0070" w14:textId="03FE611E" w:rsidR="0008418B" w:rsidRPr="00587B95" w:rsidRDefault="00614508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1064753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製品・サービスの導入先開拓</w:t>
            </w:r>
          </w:p>
          <w:p w14:paraId="0FCC932B" w14:textId="6B4B9DF7" w:rsidR="0008418B" w:rsidRPr="00587B95" w:rsidRDefault="00614508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-1667541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PoC・実証実験・共同研究</w:t>
            </w:r>
          </w:p>
          <w:p w14:paraId="294EA6AC" w14:textId="6A2349D1" w:rsidR="0008418B" w:rsidRPr="00587B95" w:rsidRDefault="00614508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700214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事業提携・共同事業開発</w:t>
            </w:r>
          </w:p>
          <w:p w14:paraId="495CD945" w14:textId="4955C1B2" w:rsidR="0008418B" w:rsidRPr="00587B95" w:rsidRDefault="00614508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-936526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専門家・関係機関とのネットワーク構築</w:t>
            </w:r>
          </w:p>
          <w:p w14:paraId="0A07FC2B" w14:textId="7036315B" w:rsidR="0008418B" w:rsidRPr="00587B95" w:rsidRDefault="00614508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</w:rPr>
            </w:pP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194202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 xml:space="preserve"> </w:t>
            </w:r>
            <w:proofErr w:type="spellStart"/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>その他</w:t>
            </w:r>
            <w:proofErr w:type="spellEnd"/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</w:rPr>
              <w:t>: __________________________________________________</w:t>
            </w:r>
          </w:p>
        </w:tc>
      </w:tr>
      <w:tr w:rsidR="0008418B" w:rsidRPr="00587B95" w14:paraId="1E96FB02" w14:textId="77777777" w:rsidTr="001746A5">
        <w:trPr>
          <w:trHeight w:val="420"/>
          <w:jc w:val="center"/>
        </w:trPr>
        <w:tc>
          <w:tcPr>
            <w:tcW w:w="297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2D3B23F" w14:textId="77777777" w:rsidR="0008418B" w:rsidRPr="00587B95" w:rsidRDefault="008616D1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t>希望するタイ側の相手と</w:t>
            </w: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br/>
              <w:t>期待する具体的な役割</w:t>
            </w:r>
          </w:p>
        </w:tc>
        <w:tc>
          <w:tcPr>
            <w:tcW w:w="72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E69DED8" w14:textId="77777777" w:rsidR="0008418B" w:rsidRPr="00587B95" w:rsidRDefault="0008418B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</w:p>
        </w:tc>
      </w:tr>
      <w:tr w:rsidR="0008418B" w:rsidRPr="00587B95" w14:paraId="2B1648CE" w14:textId="77777777" w:rsidTr="001746A5">
        <w:trPr>
          <w:trHeight w:val="420"/>
          <w:jc w:val="center"/>
        </w:trPr>
        <w:tc>
          <w:tcPr>
            <w:tcW w:w="297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1283CD7" w14:textId="77777777" w:rsidR="0008418B" w:rsidRPr="00587B95" w:rsidRDefault="008616D1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t>商談で話し合いたい内容と</w:t>
            </w:r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  <w:lang w:eastAsia="ja-JP"/>
              </w:rPr>
              <w:br/>
              <w:t>商談後に希望する次のステップ</w:t>
            </w:r>
          </w:p>
        </w:tc>
        <w:tc>
          <w:tcPr>
            <w:tcW w:w="72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FB2D807" w14:textId="77777777" w:rsidR="0008418B" w:rsidRPr="00587B95" w:rsidRDefault="0008418B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</w:p>
        </w:tc>
      </w:tr>
      <w:tr w:rsidR="0008418B" w:rsidRPr="00587B95" w14:paraId="5445691E" w14:textId="77777777" w:rsidTr="001746A5">
        <w:trPr>
          <w:trHeight w:val="280"/>
          <w:jc w:val="center"/>
        </w:trPr>
        <w:tc>
          <w:tcPr>
            <w:tcW w:w="297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0F3CC86" w14:textId="77777777" w:rsidR="0008418B" w:rsidRPr="00587B95" w:rsidRDefault="008616D1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</w:rPr>
            </w:pPr>
            <w:proofErr w:type="spellStart"/>
            <w:r w:rsidRPr="00587B95">
              <w:rPr>
                <w:rFonts w:ascii="Noto Sans JP" w:eastAsia="Noto Sans JP" w:hAnsi="Noto Sans JP" w:cs="Poppins"/>
                <w:b/>
                <w:color w:val="000000"/>
                <w:szCs w:val="14"/>
              </w:rPr>
              <w:t>サンプル・デモ対応</w:t>
            </w:r>
            <w:proofErr w:type="spellEnd"/>
          </w:p>
        </w:tc>
        <w:tc>
          <w:tcPr>
            <w:tcW w:w="72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3F9E14E" w14:textId="5DCCBF9E" w:rsidR="0008418B" w:rsidRPr="00587B95" w:rsidRDefault="00614508" w:rsidP="00587B95">
            <w:pPr>
              <w:spacing w:line="240" w:lineRule="auto"/>
              <w:rPr>
                <w:rFonts w:ascii="Noto Sans JP" w:eastAsia="Noto Sans JP" w:hAnsi="Noto Sans JP" w:cs="Poppins"/>
                <w:szCs w:val="14"/>
                <w:lang w:eastAsia="ja-JP"/>
              </w:rPr>
            </w:pP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646946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対応可  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-1818483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条件付きで対応可   </w:t>
            </w:r>
            <w:sdt>
              <w:sdtPr>
                <w:rPr>
                  <w:rFonts w:ascii="Noto Sans JP" w:eastAsia="Noto Sans JP" w:hAnsi="Noto Sans JP" w:cs="Poppins"/>
                  <w:color w:val="000000"/>
                  <w:szCs w:val="14"/>
                  <w:lang w:eastAsia="ja-JP"/>
                </w:rPr>
                <w:id w:val="1891846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3D7">
                  <w:rPr>
                    <w:rFonts w:ascii="MS Gothic" w:eastAsia="MS Gothic" w:hAnsi="MS Gothic" w:cs="Poppins" w:hint="eastAsia"/>
                    <w:color w:val="000000"/>
                    <w:szCs w:val="14"/>
                    <w:lang w:eastAsia="ja-JP"/>
                  </w:rPr>
                  <w:t>☐</w:t>
                </w:r>
              </w:sdtContent>
            </w:sdt>
            <w:r w:rsidR="008616D1" w:rsidRPr="00587B95">
              <w:rPr>
                <w:rFonts w:ascii="Noto Sans JP" w:eastAsia="Noto Sans JP" w:hAnsi="Noto Sans JP" w:cs="Poppins"/>
                <w:color w:val="000000"/>
                <w:szCs w:val="14"/>
                <w:lang w:eastAsia="ja-JP"/>
              </w:rPr>
              <w:t xml:space="preserve"> 対応不可</w:t>
            </w:r>
          </w:p>
        </w:tc>
      </w:tr>
    </w:tbl>
    <w:p w14:paraId="05DE8070" w14:textId="77777777" w:rsidR="00A911D8" w:rsidRPr="00587B95" w:rsidRDefault="00A911D8" w:rsidP="00587B95">
      <w:pPr>
        <w:spacing w:line="240" w:lineRule="auto"/>
        <w:rPr>
          <w:rFonts w:ascii="Noto Sans JP" w:eastAsia="Noto Sans JP" w:hAnsi="Noto Sans JP" w:cs="Poppins"/>
          <w:szCs w:val="14"/>
          <w:lang w:eastAsia="ja-JP"/>
        </w:rPr>
      </w:pPr>
    </w:p>
    <w:sectPr w:rsidR="00A911D8" w:rsidRPr="00587B95" w:rsidSect="00942FFC">
      <w:pgSz w:w="11906" w:h="16838"/>
      <w:pgMar w:top="454" w:right="850" w:bottom="454" w:left="850" w:header="17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0FEBF" w14:textId="77777777" w:rsidR="00614508" w:rsidRDefault="00614508">
      <w:pPr>
        <w:spacing w:line="240" w:lineRule="auto"/>
      </w:pPr>
      <w:r>
        <w:separator/>
      </w:r>
    </w:p>
  </w:endnote>
  <w:endnote w:type="continuationSeparator" w:id="0">
    <w:p w14:paraId="24A7E3AD" w14:textId="77777777" w:rsidR="00614508" w:rsidRDefault="006145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Noto Sans JP Thin">
    <w:altName w:val="Cambria"/>
    <w:panose1 w:val="020B0200000000000000"/>
    <w:charset w:val="80"/>
    <w:family w:val="swiss"/>
    <w:pitch w:val="variable"/>
    <w:sig w:usb0="20000287" w:usb1="2ADF3C10" w:usb2="00000016" w:usb3="00000000" w:csb0="0006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oto Sans JP">
    <w:panose1 w:val="020B0200000000000000"/>
    <w:charset w:val="80"/>
    <w:family w:val="swiss"/>
    <w:pitch w:val="variable"/>
    <w:sig w:usb0="20000287" w:usb1="2ADF3C10" w:usb2="00000016" w:usb3="00000000" w:csb0="00060107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CC9F4" w14:textId="77777777" w:rsidR="00614508" w:rsidRDefault="00614508">
      <w:pPr>
        <w:spacing w:line="240" w:lineRule="auto"/>
      </w:pPr>
      <w:r>
        <w:separator/>
      </w:r>
    </w:p>
  </w:footnote>
  <w:footnote w:type="continuationSeparator" w:id="0">
    <w:p w14:paraId="3369C975" w14:textId="77777777" w:rsidR="00614508" w:rsidRDefault="0061450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9688393">
    <w:abstractNumId w:val="8"/>
  </w:num>
  <w:num w:numId="2" w16cid:durableId="406391091">
    <w:abstractNumId w:val="6"/>
  </w:num>
  <w:num w:numId="3" w16cid:durableId="582492975">
    <w:abstractNumId w:val="5"/>
  </w:num>
  <w:num w:numId="4" w16cid:durableId="953906457">
    <w:abstractNumId w:val="4"/>
  </w:num>
  <w:num w:numId="5" w16cid:durableId="917982322">
    <w:abstractNumId w:val="7"/>
  </w:num>
  <w:num w:numId="6" w16cid:durableId="166335907">
    <w:abstractNumId w:val="3"/>
  </w:num>
  <w:num w:numId="7" w16cid:durableId="236402114">
    <w:abstractNumId w:val="2"/>
  </w:num>
  <w:num w:numId="8" w16cid:durableId="429475812">
    <w:abstractNumId w:val="1"/>
  </w:num>
  <w:num w:numId="9" w16cid:durableId="475412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3BC"/>
    <w:rsid w:val="00034616"/>
    <w:rsid w:val="0006063C"/>
    <w:rsid w:val="0008418B"/>
    <w:rsid w:val="00114C06"/>
    <w:rsid w:val="001469DB"/>
    <w:rsid w:val="0015074B"/>
    <w:rsid w:val="001655B2"/>
    <w:rsid w:val="0017138C"/>
    <w:rsid w:val="001746A5"/>
    <w:rsid w:val="001E7D26"/>
    <w:rsid w:val="001F1A1E"/>
    <w:rsid w:val="001F56C1"/>
    <w:rsid w:val="0025515C"/>
    <w:rsid w:val="00263F42"/>
    <w:rsid w:val="0029639D"/>
    <w:rsid w:val="002C1B5B"/>
    <w:rsid w:val="00326F90"/>
    <w:rsid w:val="003B7724"/>
    <w:rsid w:val="003C166C"/>
    <w:rsid w:val="00407BEB"/>
    <w:rsid w:val="004403D7"/>
    <w:rsid w:val="00487E56"/>
    <w:rsid w:val="00587B95"/>
    <w:rsid w:val="005B5B1F"/>
    <w:rsid w:val="005E1417"/>
    <w:rsid w:val="00614508"/>
    <w:rsid w:val="00654A44"/>
    <w:rsid w:val="007047AF"/>
    <w:rsid w:val="00756D9D"/>
    <w:rsid w:val="00826BD0"/>
    <w:rsid w:val="00855E2F"/>
    <w:rsid w:val="008616D1"/>
    <w:rsid w:val="00874CF8"/>
    <w:rsid w:val="00942FFC"/>
    <w:rsid w:val="009514A2"/>
    <w:rsid w:val="009609C2"/>
    <w:rsid w:val="009A5A47"/>
    <w:rsid w:val="00A776A3"/>
    <w:rsid w:val="00A911D8"/>
    <w:rsid w:val="00AA1D8D"/>
    <w:rsid w:val="00AB64D2"/>
    <w:rsid w:val="00B07C96"/>
    <w:rsid w:val="00B47730"/>
    <w:rsid w:val="00C44B0B"/>
    <w:rsid w:val="00C468AA"/>
    <w:rsid w:val="00C53824"/>
    <w:rsid w:val="00CB0664"/>
    <w:rsid w:val="00CD696F"/>
    <w:rsid w:val="00CF485C"/>
    <w:rsid w:val="00DD7624"/>
    <w:rsid w:val="00E748B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0F6D4A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Noto Sans JP Thin" w:eastAsia="Noto Sans JP Thin" w:hAnsi="Noto Sans JP Thin"/>
      <w:sz w:val="1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5815AE0738BA46A7FAF4C24A45E240" ma:contentTypeVersion="15" ma:contentTypeDescription="Create a new document." ma:contentTypeScope="" ma:versionID="b5d2ef183982c36039c94becaf06f8ed">
  <xsd:schema xmlns:xsd="http://www.w3.org/2001/XMLSchema" xmlns:xs="http://www.w3.org/2001/XMLSchema" xmlns:p="http://schemas.microsoft.com/office/2006/metadata/properties" xmlns:ns2="f01ae68a-f2ce-427a-94b7-66d33d6b7b6b" xmlns:ns3="a54a6ae4-0f29-496d-845f-887c3e471535" targetNamespace="http://schemas.microsoft.com/office/2006/metadata/properties" ma:root="true" ma:fieldsID="7579aa23165a0df0fa650507bfcd6b43" ns2:_="" ns3:_="">
    <xsd:import namespace="f01ae68a-f2ce-427a-94b7-66d33d6b7b6b"/>
    <xsd:import namespace="a54a6ae4-0f29-496d-845f-887c3e4715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_x30e6__x30fc__x30b6__x30fc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1ae68a-f2ce-427a-94b7-66d33d6b7b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82b0f76-d187-467d-a507-94d1dbb104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30e6__x30fc__x30b6__x30fc_" ma:index="22" nillable="true" ma:displayName="ユーザー" ma:format="Dropdown" ma:list="UserInfo" ma:SharePointGroup="0" ma:internalName="_x30e6__x30fc__x30b6__x30fc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a6ae4-0f29-496d-845f-887c3e4715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e102dea-bdff-4b7b-88ab-067233db0190}" ma:internalName="TaxCatchAll" ma:showField="CatchAllData" ma:web="a54a6ae4-0f29-496d-845f-887c3e4715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4a6ae4-0f29-496d-845f-887c3e471535" xsi:nil="true"/>
    <lcf76f155ced4ddcb4097134ff3c332f xmlns="f01ae68a-f2ce-427a-94b7-66d33d6b7b6b">
      <Terms xmlns="http://schemas.microsoft.com/office/infopath/2007/PartnerControls"/>
    </lcf76f155ced4ddcb4097134ff3c332f>
    <_x30e6__x30fc__x30b6__x30fc_ xmlns="f01ae68a-f2ce-427a-94b7-66d33d6b7b6b">
      <UserInfo>
        <DisplayName/>
        <AccountId xsi:nil="true"/>
        <AccountType/>
      </UserInfo>
    </_x30e6__x30fc__x30b6__x30fc_>
  </documentManagement>
</p:properties>
</file>

<file path=customXml/itemProps1.xml><?xml version="1.0" encoding="utf-8"?>
<ds:datastoreItem xmlns:ds="http://schemas.openxmlformats.org/officeDocument/2006/customXml" ds:itemID="{39C5F716-C2AC-4403-AD17-896CBCCC7A7F}"/>
</file>

<file path=customXml/itemProps2.xml><?xml version="1.0" encoding="utf-8"?>
<ds:datastoreItem xmlns:ds="http://schemas.openxmlformats.org/officeDocument/2006/customXml" ds:itemID="{CD1C0785-2C2D-41B5-A63B-87F83FB50570}"/>
</file>

<file path=customXml/itemProps3.xml><?xml version="1.0" encoding="utf-8"?>
<ds:datastoreItem xmlns:ds="http://schemas.openxmlformats.org/officeDocument/2006/customXml" ds:itemID="{172AB422-7FC8-4DE3-9A9E-05580CF28E52}"/>
</file>

<file path=docMetadata/LabelInfo.xml><?xml version="1.0" encoding="utf-8"?>
<clbl:labelList xmlns:clbl="http://schemas.microsoft.com/office/2020/mipLabelMetadata">
  <clbl:label id="{97160fa0-e953-4444-b3cf-4ae1623d62a1}" enabled="1" method="Privileged" siteId="{08b42e22-3a77-40ef-a51b-37104946de0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2026-09-23T03:13:00Z</dcterms:created>
  <dcterms:modified xsi:type="dcterms:W3CDTF">2026-09-23T03:13:00Z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0x010100CA5815AE0738BA46A7FAF4C24A45E240</vt:lpwstr>
  </property>
</Properties>
</file>